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D02C1" w14:textId="039646C1" w:rsidR="009E0C19" w:rsidRPr="0083175D" w:rsidRDefault="009E0C19" w:rsidP="009E0C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83175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2FF2EAF" wp14:editId="42AEDC25">
            <wp:simplePos x="0" y="0"/>
            <wp:positionH relativeFrom="column">
              <wp:posOffset>7930125</wp:posOffset>
            </wp:positionH>
            <wp:positionV relativeFrom="paragraph">
              <wp:posOffset>-104140</wp:posOffset>
            </wp:positionV>
            <wp:extent cx="1094400" cy="757699"/>
            <wp:effectExtent l="0" t="0" r="0" b="4445"/>
            <wp:wrapNone/>
            <wp:docPr id="1016253863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400" cy="757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3175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SPITALUL  MUNICIPAL VATRA DORNEI                               </w:t>
      </w:r>
    </w:p>
    <w:p w14:paraId="308F79F6" w14:textId="77777777" w:rsidR="009E0C19" w:rsidRPr="0083175D" w:rsidRDefault="009E0C19" w:rsidP="009E0C1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/>
        </w:rPr>
      </w:pPr>
      <w:r w:rsidRPr="0083175D">
        <w:rPr>
          <w:rFonts w:ascii="Times New Roman" w:eastAsia="Times New Roman" w:hAnsi="Times New Roman" w:cs="Times New Roman"/>
          <w:sz w:val="20"/>
          <w:szCs w:val="20"/>
          <w:lang w:val="ro-RO"/>
        </w:rPr>
        <w:t>Str. Mihai Eminescu nr.12, jud.Suceava, cod 725700</w:t>
      </w:r>
    </w:p>
    <w:p w14:paraId="0B468FA9" w14:textId="77777777" w:rsidR="009E0C19" w:rsidRPr="0083175D" w:rsidRDefault="009E0C19" w:rsidP="009E0C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83175D">
        <w:rPr>
          <w:rFonts w:ascii="Times New Roman" w:eastAsia="Times New Roman" w:hAnsi="Times New Roman" w:cs="Times New Roman"/>
          <w:sz w:val="16"/>
          <w:szCs w:val="16"/>
          <w:lang w:val="ro-RO"/>
        </w:rPr>
        <w:t>Cod  fiscal 4535414 TEL. 0230 375528 FAX. 0230371318</w:t>
      </w:r>
    </w:p>
    <w:p w14:paraId="2D021033" w14:textId="77777777" w:rsidR="009E0C19" w:rsidRPr="0083175D" w:rsidRDefault="009E0C19" w:rsidP="009E0C1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ro-RO"/>
        </w:rPr>
      </w:pPr>
      <w:r w:rsidRPr="0083175D">
        <w:rPr>
          <w:rFonts w:ascii="Times New Roman" w:eastAsia="Times New Roman" w:hAnsi="Times New Roman" w:cs="Times New Roman"/>
          <w:sz w:val="16"/>
          <w:szCs w:val="16"/>
          <w:lang w:val="ro-RO"/>
        </w:rPr>
        <w:t>OPERATOR DATE CU CARACTER PERSONAL 11555</w:t>
      </w:r>
    </w:p>
    <w:p w14:paraId="43344B25" w14:textId="77777777" w:rsidR="009E0C19" w:rsidRPr="0083175D" w:rsidRDefault="009E0C19" w:rsidP="009E0C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83175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e-mail: </w:t>
      </w:r>
      <w:hyperlink r:id="rId7" w:history="1">
        <w:r w:rsidRPr="008317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o-RO"/>
          </w:rPr>
          <w:t>spitalmunicipaldorna@yahoo.com</w:t>
        </w:r>
      </w:hyperlink>
    </w:p>
    <w:p w14:paraId="4833A362" w14:textId="77777777" w:rsidR="009E0C19" w:rsidRPr="0083175D" w:rsidRDefault="009E0C19" w:rsidP="009E0C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83175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website: </w:t>
      </w:r>
      <w:hyperlink r:id="rId8" w:history="1">
        <w:r w:rsidRPr="008317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ro-RO"/>
          </w:rPr>
          <w:t>www.spitalvatradornei.ro</w:t>
        </w:r>
      </w:hyperlink>
    </w:p>
    <w:p w14:paraId="7514BAB7" w14:textId="77777777" w:rsidR="009E0C19" w:rsidRPr="0083175D" w:rsidRDefault="009E0C19" w:rsidP="009E0C19">
      <w:pPr>
        <w:spacing w:after="0" w:line="240" w:lineRule="auto"/>
        <w:jc w:val="right"/>
        <w:rPr>
          <w:rFonts w:ascii="Times New Roman" w:eastAsia="Times New Roman" w:hAnsi="Times New Roman" w:cs="Times New Roman"/>
          <w:lang w:val="ro-RO"/>
        </w:rPr>
      </w:pPr>
      <w:bookmarkStart w:id="0" w:name="_Hlk218756850"/>
      <w:r w:rsidRPr="0083175D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                                                                                                                       </w:t>
      </w:r>
      <w:r w:rsidRPr="0083175D">
        <w:rPr>
          <w:rFonts w:ascii="Times New Roman" w:eastAsia="Times New Roman" w:hAnsi="Times New Roman" w:cs="Times New Roman"/>
          <w:lang w:val="ro-RO"/>
        </w:rPr>
        <w:t xml:space="preserve">MANAGER, </w:t>
      </w:r>
    </w:p>
    <w:p w14:paraId="374BEE93" w14:textId="77777777" w:rsidR="009E0C19" w:rsidRPr="0083175D" w:rsidRDefault="009E0C19" w:rsidP="009E0C19">
      <w:pPr>
        <w:tabs>
          <w:tab w:val="left" w:pos="8640"/>
        </w:tabs>
        <w:spacing w:after="0" w:line="240" w:lineRule="auto"/>
        <w:ind w:left="6480"/>
        <w:jc w:val="right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83175D">
        <w:rPr>
          <w:rFonts w:ascii="Times New Roman" w:eastAsia="Times New Roman" w:hAnsi="Times New Roman" w:cs="Times New Roman"/>
          <w:lang w:val="ro-RO"/>
        </w:rPr>
        <w:t xml:space="preserve">        DR. PAPA ANDREI</w:t>
      </w:r>
      <w:bookmarkEnd w:id="0"/>
    </w:p>
    <w:p w14:paraId="25211EF7" w14:textId="6F40728E" w:rsidR="008641DA" w:rsidRPr="00AF1B38" w:rsidRDefault="009E0C19" w:rsidP="00640C2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val="it-IT"/>
        </w:rPr>
      </w:pPr>
      <w:r w:rsidRPr="00AF1B38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val="it-IT"/>
        </w:rPr>
        <w:t xml:space="preserve">Perioada: </w:t>
      </w:r>
      <w:r w:rsidR="00BC46D2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val="it-IT"/>
        </w:rPr>
        <w:t>01.01.2016-31.03.2026</w:t>
      </w:r>
    </w:p>
    <w:p w14:paraId="7658AF58" w14:textId="503BE731" w:rsidR="00AF5CFE" w:rsidRPr="00D85850" w:rsidRDefault="00000000">
      <w:pPr>
        <w:jc w:val="center"/>
        <w:rPr>
          <w:rFonts w:ascii="Times New Roman" w:hAnsi="Times New Roman" w:cs="Times New Roman"/>
          <w:lang w:val="it-IT"/>
        </w:rPr>
      </w:pPr>
      <w:r w:rsidRPr="00D85850">
        <w:rPr>
          <w:rFonts w:ascii="Times New Roman" w:hAnsi="Times New Roman" w:cs="Times New Roman"/>
          <w:b/>
          <w:lang w:val="it-IT"/>
        </w:rPr>
        <w:t>ORDINUL 1117/01.10.2025</w:t>
      </w:r>
      <w:r w:rsidRPr="00D85850">
        <w:rPr>
          <w:rFonts w:ascii="Times New Roman" w:hAnsi="Times New Roman" w:cs="Times New Roman"/>
          <w:b/>
          <w:lang w:val="it-IT"/>
        </w:rPr>
        <w:br/>
        <w:t>ANEXA - Datele şi informaţiile referitoare la activitatea spitalului public</w:t>
      </w:r>
    </w:p>
    <w:tbl>
      <w:tblPr>
        <w:tblStyle w:val="TableGrid"/>
        <w:tblpPr w:leftFromText="180" w:rightFromText="180" w:vertAnchor="text" w:tblpY="1"/>
        <w:tblOverlap w:val="never"/>
        <w:tblW w:w="14454" w:type="dxa"/>
        <w:tblLayout w:type="fixed"/>
        <w:tblLook w:val="04A0" w:firstRow="1" w:lastRow="0" w:firstColumn="1" w:lastColumn="0" w:noHBand="0" w:noVBand="1"/>
      </w:tblPr>
      <w:tblGrid>
        <w:gridCol w:w="774"/>
        <w:gridCol w:w="1773"/>
        <w:gridCol w:w="2126"/>
        <w:gridCol w:w="1276"/>
        <w:gridCol w:w="1276"/>
        <w:gridCol w:w="1134"/>
        <w:gridCol w:w="2835"/>
        <w:gridCol w:w="1275"/>
        <w:gridCol w:w="1985"/>
      </w:tblGrid>
      <w:tr w:rsidR="00640C2D" w:rsidRPr="006D7421" w14:paraId="76EDF077" w14:textId="2E785EA6" w:rsidTr="006D7421">
        <w:trPr>
          <w:trHeight w:val="301"/>
        </w:trPr>
        <w:tc>
          <w:tcPr>
            <w:tcW w:w="774" w:type="dxa"/>
            <w:vMerge w:val="restart"/>
            <w:shd w:val="clear" w:color="auto" w:fill="D3D3D3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34BA799" w14:textId="77777777" w:rsidR="00640C2D" w:rsidRPr="006D7421" w:rsidRDefault="00640C2D" w:rsidP="009E0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21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  <w:r w:rsidRPr="006D7421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proofErr w:type="spellStart"/>
            <w:r w:rsidRPr="006D7421">
              <w:rPr>
                <w:rFonts w:ascii="Times New Roman" w:hAnsi="Times New Roman" w:cs="Times New Roman"/>
                <w:b/>
                <w:sz w:val="24"/>
                <w:szCs w:val="24"/>
              </w:rPr>
              <w:t>crt</w:t>
            </w:r>
            <w:proofErr w:type="spellEnd"/>
            <w:r w:rsidRPr="006D742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773" w:type="dxa"/>
            <w:vMerge w:val="restart"/>
            <w:shd w:val="clear" w:color="auto" w:fill="D3D3D3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8697053" w14:textId="77777777" w:rsidR="00640C2D" w:rsidRPr="006D7421" w:rsidRDefault="00640C2D" w:rsidP="009E0C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6D7421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Denumirea datelor publicate pe site</w:t>
            </w:r>
          </w:p>
        </w:tc>
        <w:tc>
          <w:tcPr>
            <w:tcW w:w="2126" w:type="dxa"/>
            <w:vMerge w:val="restart"/>
            <w:shd w:val="clear" w:color="auto" w:fill="D3D3D3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4F98ABB" w14:textId="77777777" w:rsidR="00640C2D" w:rsidRPr="006D7421" w:rsidRDefault="00640C2D" w:rsidP="009E0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Formula de </w:t>
            </w:r>
            <w:proofErr w:type="spellStart"/>
            <w:r w:rsidRPr="006D7421">
              <w:rPr>
                <w:rFonts w:ascii="Times New Roman" w:hAnsi="Times New Roman" w:cs="Times New Roman"/>
                <w:b/>
                <w:sz w:val="24"/>
                <w:szCs w:val="24"/>
              </w:rPr>
              <w:t>calcul</w:t>
            </w:r>
            <w:proofErr w:type="spellEnd"/>
          </w:p>
        </w:tc>
        <w:tc>
          <w:tcPr>
            <w:tcW w:w="1276" w:type="dxa"/>
            <w:vMerge w:val="restart"/>
            <w:shd w:val="clear" w:color="auto" w:fill="D3D3D3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44C1209" w14:textId="77777777" w:rsidR="00640C2D" w:rsidRPr="006D7421" w:rsidRDefault="00640C2D" w:rsidP="009E0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7421">
              <w:rPr>
                <w:rFonts w:ascii="Times New Roman" w:hAnsi="Times New Roman" w:cs="Times New Roman"/>
                <w:b/>
                <w:sz w:val="24"/>
                <w:szCs w:val="24"/>
              </w:rPr>
              <w:t>Nivelul</w:t>
            </w:r>
            <w:proofErr w:type="spellEnd"/>
            <w:r w:rsidRPr="006D74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6D7421">
              <w:rPr>
                <w:rFonts w:ascii="Times New Roman" w:hAnsi="Times New Roman" w:cs="Times New Roman"/>
                <w:b/>
                <w:sz w:val="24"/>
                <w:szCs w:val="24"/>
              </w:rPr>
              <w:t>aplicare</w:t>
            </w:r>
            <w:proofErr w:type="spellEnd"/>
            <w:r w:rsidRPr="006D7421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al </w:t>
            </w:r>
            <w:proofErr w:type="spellStart"/>
            <w:r w:rsidRPr="006D7421">
              <w:rPr>
                <w:rFonts w:ascii="Times New Roman" w:hAnsi="Times New Roman" w:cs="Times New Roman"/>
                <w:b/>
                <w:sz w:val="24"/>
                <w:szCs w:val="24"/>
              </w:rPr>
              <w:t>formulei</w:t>
            </w:r>
            <w:proofErr w:type="spellEnd"/>
          </w:p>
        </w:tc>
        <w:tc>
          <w:tcPr>
            <w:tcW w:w="1276" w:type="dxa"/>
            <w:vMerge w:val="restart"/>
            <w:shd w:val="clear" w:color="auto" w:fill="D3D3D3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55C9E8A" w14:textId="77777777" w:rsidR="00640C2D" w:rsidRPr="006D7421" w:rsidRDefault="00640C2D" w:rsidP="009E0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7421">
              <w:rPr>
                <w:rFonts w:ascii="Times New Roman" w:hAnsi="Times New Roman" w:cs="Times New Roman"/>
                <w:b/>
                <w:sz w:val="24"/>
                <w:szCs w:val="24"/>
              </w:rPr>
              <w:t>Perioada</w:t>
            </w:r>
            <w:proofErr w:type="spellEnd"/>
            <w:r w:rsidRPr="006D74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6D7421">
              <w:rPr>
                <w:rFonts w:ascii="Times New Roman" w:hAnsi="Times New Roman" w:cs="Times New Roman"/>
                <w:b/>
                <w:sz w:val="24"/>
                <w:szCs w:val="24"/>
              </w:rPr>
              <w:t>calcul</w:t>
            </w:r>
            <w:proofErr w:type="spellEnd"/>
          </w:p>
        </w:tc>
        <w:tc>
          <w:tcPr>
            <w:tcW w:w="3969" w:type="dxa"/>
            <w:gridSpan w:val="2"/>
            <w:shd w:val="clear" w:color="auto" w:fill="D3D3D3"/>
          </w:tcPr>
          <w:p w14:paraId="6589EE98" w14:textId="520D00EC" w:rsidR="00640C2D" w:rsidRPr="006D7421" w:rsidRDefault="00640C2D" w:rsidP="00640C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4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Date </w:t>
            </w:r>
            <w:proofErr w:type="spellStart"/>
            <w:r w:rsidRPr="006D7421">
              <w:rPr>
                <w:rFonts w:ascii="Times New Roman" w:hAnsi="Times New Roman" w:cs="Times New Roman"/>
                <w:b/>
                <w:sz w:val="24"/>
                <w:szCs w:val="24"/>
              </w:rPr>
              <w:t>realizate</w:t>
            </w:r>
            <w:proofErr w:type="spellEnd"/>
            <w:r w:rsidRPr="006D74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6D7421">
              <w:rPr>
                <w:rFonts w:ascii="Times New Roman" w:hAnsi="Times New Roman" w:cs="Times New Roman"/>
                <w:b/>
                <w:sz w:val="24"/>
                <w:szCs w:val="24"/>
              </w:rPr>
              <w:t>trimestrial</w:t>
            </w:r>
            <w:proofErr w:type="spellEnd"/>
          </w:p>
        </w:tc>
        <w:tc>
          <w:tcPr>
            <w:tcW w:w="3260" w:type="dxa"/>
            <w:gridSpan w:val="2"/>
            <w:shd w:val="clear" w:color="auto" w:fill="D3D3D3"/>
          </w:tcPr>
          <w:p w14:paraId="5AD3CFF5" w14:textId="660560BD" w:rsidR="00640C2D" w:rsidRPr="006D7421" w:rsidRDefault="00640C2D" w:rsidP="009E0C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4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Date </w:t>
            </w:r>
            <w:proofErr w:type="spellStart"/>
            <w:r w:rsidRPr="006D7421">
              <w:rPr>
                <w:rFonts w:ascii="Times New Roman" w:hAnsi="Times New Roman" w:cs="Times New Roman"/>
                <w:b/>
                <w:sz w:val="24"/>
                <w:szCs w:val="24"/>
              </w:rPr>
              <w:t>realizate-cumulat</w:t>
            </w:r>
            <w:proofErr w:type="spellEnd"/>
          </w:p>
        </w:tc>
      </w:tr>
      <w:tr w:rsidR="00640C2D" w:rsidRPr="006D7421" w14:paraId="68C2DD7F" w14:textId="0ADDD90D" w:rsidTr="006D7421">
        <w:trPr>
          <w:trHeight w:val="142"/>
        </w:trPr>
        <w:tc>
          <w:tcPr>
            <w:tcW w:w="774" w:type="dxa"/>
            <w:vMerge/>
            <w:shd w:val="clear" w:color="auto" w:fill="D3D3D3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EF5C47C" w14:textId="77777777" w:rsidR="00640C2D" w:rsidRPr="006D7421" w:rsidRDefault="00640C2D" w:rsidP="009E0C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3" w:type="dxa"/>
            <w:vMerge/>
            <w:shd w:val="clear" w:color="auto" w:fill="D3D3D3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57FB085" w14:textId="77777777" w:rsidR="00640C2D" w:rsidRPr="006D7421" w:rsidRDefault="00640C2D" w:rsidP="009E0C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2126" w:type="dxa"/>
            <w:vMerge/>
            <w:shd w:val="clear" w:color="auto" w:fill="D3D3D3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EA3D8AC" w14:textId="77777777" w:rsidR="00640C2D" w:rsidRPr="006D7421" w:rsidRDefault="00640C2D" w:rsidP="009E0C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D3D3D3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EBC3014" w14:textId="77777777" w:rsidR="00640C2D" w:rsidRPr="006D7421" w:rsidRDefault="00640C2D" w:rsidP="009E0C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D3D3D3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48D30D4" w14:textId="77777777" w:rsidR="00640C2D" w:rsidRPr="006D7421" w:rsidRDefault="00640C2D" w:rsidP="009E0C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3D3D3"/>
          </w:tcPr>
          <w:p w14:paraId="1B32CE89" w14:textId="758887AE" w:rsidR="00640C2D" w:rsidRPr="006D7421" w:rsidRDefault="00640C2D" w:rsidP="009E0C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421">
              <w:rPr>
                <w:rFonts w:ascii="Times New Roman" w:hAnsi="Times New Roman" w:cs="Times New Roman"/>
                <w:b/>
                <w:sz w:val="24"/>
                <w:szCs w:val="24"/>
              </w:rPr>
              <w:t>Spital</w:t>
            </w:r>
          </w:p>
        </w:tc>
        <w:tc>
          <w:tcPr>
            <w:tcW w:w="2835" w:type="dxa"/>
            <w:shd w:val="clear" w:color="auto" w:fill="D3D3D3"/>
          </w:tcPr>
          <w:p w14:paraId="68F536B1" w14:textId="77777777" w:rsidR="00640C2D" w:rsidRPr="006D7421" w:rsidRDefault="00640C2D" w:rsidP="00640C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D7421">
              <w:rPr>
                <w:rFonts w:ascii="Times New Roman" w:hAnsi="Times New Roman" w:cs="Times New Roman"/>
                <w:b/>
                <w:sz w:val="24"/>
                <w:szCs w:val="24"/>
              </w:rPr>
              <w:t>Secții</w:t>
            </w:r>
            <w:proofErr w:type="spellEnd"/>
            <w:r w:rsidRPr="006D7421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14:paraId="27970C62" w14:textId="22400FAD" w:rsidR="00640C2D" w:rsidRPr="006D7421" w:rsidRDefault="00640C2D" w:rsidP="00640C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D7421">
              <w:rPr>
                <w:rFonts w:ascii="Times New Roman" w:hAnsi="Times New Roman" w:cs="Times New Roman"/>
                <w:b/>
                <w:sz w:val="24"/>
                <w:szCs w:val="24"/>
              </w:rPr>
              <w:t>compartimente</w:t>
            </w:r>
            <w:proofErr w:type="spellEnd"/>
          </w:p>
        </w:tc>
        <w:tc>
          <w:tcPr>
            <w:tcW w:w="1275" w:type="dxa"/>
            <w:shd w:val="clear" w:color="auto" w:fill="D3D3D3"/>
          </w:tcPr>
          <w:p w14:paraId="3841F0FA" w14:textId="2B66A1C1" w:rsidR="00640C2D" w:rsidRPr="006D7421" w:rsidRDefault="00640C2D" w:rsidP="009E0C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421">
              <w:rPr>
                <w:rFonts w:ascii="Times New Roman" w:hAnsi="Times New Roman" w:cs="Times New Roman"/>
                <w:b/>
                <w:sz w:val="24"/>
                <w:szCs w:val="24"/>
              </w:rPr>
              <w:t>Spital</w:t>
            </w:r>
          </w:p>
        </w:tc>
        <w:tc>
          <w:tcPr>
            <w:tcW w:w="1985" w:type="dxa"/>
            <w:shd w:val="clear" w:color="auto" w:fill="D3D3D3"/>
          </w:tcPr>
          <w:p w14:paraId="5A9C9FE2" w14:textId="74C69C1F" w:rsidR="00640C2D" w:rsidRPr="006D7421" w:rsidRDefault="00640C2D" w:rsidP="00640C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D7421">
              <w:rPr>
                <w:rFonts w:ascii="Times New Roman" w:hAnsi="Times New Roman" w:cs="Times New Roman"/>
                <w:b/>
                <w:sz w:val="24"/>
                <w:szCs w:val="24"/>
              </w:rPr>
              <w:t>Secții</w:t>
            </w:r>
            <w:proofErr w:type="spellEnd"/>
            <w:r w:rsidRPr="006D7421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14:paraId="7BDC828A" w14:textId="45AE9684" w:rsidR="00640C2D" w:rsidRPr="006D7421" w:rsidRDefault="00640C2D" w:rsidP="00640C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D7421">
              <w:rPr>
                <w:rFonts w:ascii="Times New Roman" w:hAnsi="Times New Roman" w:cs="Times New Roman"/>
                <w:b/>
                <w:sz w:val="24"/>
                <w:szCs w:val="24"/>
              </w:rPr>
              <w:t>compartimente</w:t>
            </w:r>
            <w:proofErr w:type="spellEnd"/>
          </w:p>
        </w:tc>
      </w:tr>
      <w:tr w:rsidR="00640C2D" w:rsidRPr="006D7421" w14:paraId="6C88560C" w14:textId="5588D886" w:rsidTr="009A2F2C">
        <w:trPr>
          <w:trHeight w:val="237"/>
        </w:trPr>
        <w:tc>
          <w:tcPr>
            <w:tcW w:w="14454" w:type="dxa"/>
            <w:gridSpan w:val="9"/>
            <w:shd w:val="clear" w:color="auto" w:fill="EAEAE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77833" w14:textId="61F5BDAC" w:rsidR="00640C2D" w:rsidRPr="006D7421" w:rsidRDefault="00640C2D" w:rsidP="009E0C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421">
              <w:rPr>
                <w:rFonts w:ascii="Times New Roman" w:hAnsi="Times New Roman" w:cs="Times New Roman"/>
                <w:b/>
                <w:sz w:val="24"/>
                <w:szCs w:val="24"/>
              </w:rPr>
              <w:t>D. INDICATORI DE CALITATE</w:t>
            </w:r>
          </w:p>
        </w:tc>
      </w:tr>
      <w:tr w:rsidR="00640C2D" w:rsidRPr="006D7421" w14:paraId="7A6E678C" w14:textId="33FB2F78" w:rsidTr="006D7421">
        <w:trPr>
          <w:trHeight w:val="143"/>
        </w:trPr>
        <w:tc>
          <w:tcPr>
            <w:tcW w:w="774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5A0A43" w14:textId="77777777" w:rsidR="00640C2D" w:rsidRPr="006D7421" w:rsidRDefault="00640C2D" w:rsidP="009E0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3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488894" w14:textId="77777777" w:rsidR="00640C2D" w:rsidRPr="006D7421" w:rsidRDefault="00640C2D" w:rsidP="009E0C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7421">
              <w:rPr>
                <w:rFonts w:ascii="Times New Roman" w:hAnsi="Times New Roman" w:cs="Times New Roman"/>
                <w:sz w:val="24"/>
                <w:szCs w:val="24"/>
              </w:rPr>
              <w:t xml:space="preserve">Rata </w:t>
            </w:r>
            <w:proofErr w:type="spellStart"/>
            <w:r w:rsidRPr="006D7421">
              <w:rPr>
                <w:rFonts w:ascii="Times New Roman" w:hAnsi="Times New Roman" w:cs="Times New Roman"/>
                <w:sz w:val="24"/>
                <w:szCs w:val="24"/>
              </w:rPr>
              <w:t>infecțiilor</w:t>
            </w:r>
            <w:proofErr w:type="spellEnd"/>
            <w:r w:rsidRPr="006D74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421">
              <w:rPr>
                <w:rFonts w:ascii="Times New Roman" w:hAnsi="Times New Roman" w:cs="Times New Roman"/>
                <w:sz w:val="24"/>
                <w:szCs w:val="24"/>
              </w:rPr>
              <w:t>asociate</w:t>
            </w:r>
            <w:proofErr w:type="spellEnd"/>
            <w:r w:rsidRPr="006D74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421">
              <w:rPr>
                <w:rFonts w:ascii="Times New Roman" w:hAnsi="Times New Roman" w:cs="Times New Roman"/>
                <w:sz w:val="24"/>
                <w:szCs w:val="24"/>
              </w:rPr>
              <w:t>asistenței</w:t>
            </w:r>
            <w:proofErr w:type="spellEnd"/>
            <w:r w:rsidRPr="006D74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421">
              <w:rPr>
                <w:rFonts w:ascii="Times New Roman" w:hAnsi="Times New Roman" w:cs="Times New Roman"/>
                <w:sz w:val="24"/>
                <w:szCs w:val="24"/>
              </w:rPr>
              <w:t>medicale</w:t>
            </w:r>
            <w:proofErr w:type="spellEnd"/>
            <w:r w:rsidRPr="006D7421">
              <w:rPr>
                <w:rFonts w:ascii="Times New Roman" w:hAnsi="Times New Roman" w:cs="Times New Roman"/>
                <w:sz w:val="24"/>
                <w:szCs w:val="24"/>
              </w:rPr>
              <w:t xml:space="preserve"> (IAAM)</w:t>
            </w:r>
          </w:p>
        </w:tc>
        <w:tc>
          <w:tcPr>
            <w:tcW w:w="2126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5197E" w14:textId="77777777" w:rsidR="00640C2D" w:rsidRPr="006D7421" w:rsidRDefault="00640C2D" w:rsidP="009E0C19">
            <w:pPr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  <w:r w:rsidRPr="006D7421"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>Rata IAAM (%) = (Număr total de pacienți cu IAAM / Număr total de pacienți externați) x 100</w:t>
            </w:r>
          </w:p>
        </w:tc>
        <w:tc>
          <w:tcPr>
            <w:tcW w:w="1276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FD0FC" w14:textId="77777777" w:rsidR="00640C2D" w:rsidRPr="006D7421" w:rsidRDefault="00640C2D" w:rsidP="009E0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421">
              <w:rPr>
                <w:rFonts w:ascii="Times New Roman" w:hAnsi="Times New Roman" w:cs="Times New Roman"/>
                <w:sz w:val="24"/>
                <w:szCs w:val="24"/>
              </w:rPr>
              <w:t xml:space="preserve">spital </w:t>
            </w:r>
            <w:proofErr w:type="spellStart"/>
            <w:r w:rsidRPr="006D7421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6D74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D7421">
              <w:rPr>
                <w:rFonts w:ascii="Times New Roman" w:hAnsi="Times New Roman" w:cs="Times New Roman"/>
                <w:sz w:val="24"/>
                <w:szCs w:val="24"/>
              </w:rPr>
              <w:t>secții</w:t>
            </w:r>
            <w:proofErr w:type="spellEnd"/>
            <w:r w:rsidRPr="006D7421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 w:rsidRPr="006D742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6D7421">
              <w:rPr>
                <w:rFonts w:ascii="Times New Roman" w:hAnsi="Times New Roman" w:cs="Times New Roman"/>
                <w:sz w:val="24"/>
                <w:szCs w:val="24"/>
              </w:rPr>
              <w:t>compartiment</w:t>
            </w:r>
            <w:proofErr w:type="spellEnd"/>
          </w:p>
        </w:tc>
        <w:tc>
          <w:tcPr>
            <w:tcW w:w="1276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BFFCF4" w14:textId="64351661" w:rsidR="00640C2D" w:rsidRPr="006D7421" w:rsidRDefault="00640C2D" w:rsidP="00640C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  <w:r w:rsidRPr="006D7421"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>trimestrial şi cumulat</w:t>
            </w:r>
          </w:p>
          <w:p w14:paraId="5461480F" w14:textId="7872970E" w:rsidR="00640C2D" w:rsidRPr="006D7421" w:rsidRDefault="00640C2D" w:rsidP="00640C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  <w:r w:rsidRPr="006D7421"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 xml:space="preserve">de la începutul anului  </w:t>
            </w:r>
          </w:p>
        </w:tc>
        <w:tc>
          <w:tcPr>
            <w:tcW w:w="1134" w:type="dxa"/>
            <w:vMerge w:val="restart"/>
          </w:tcPr>
          <w:p w14:paraId="48514B94" w14:textId="09C88D16" w:rsidR="00640C2D" w:rsidRPr="006D7421" w:rsidRDefault="006D7421" w:rsidP="009E0C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  <w:r w:rsidRPr="006D7421"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  <w:t>0,47%</w:t>
            </w:r>
          </w:p>
        </w:tc>
        <w:tc>
          <w:tcPr>
            <w:tcW w:w="2835" w:type="dxa"/>
          </w:tcPr>
          <w:p w14:paraId="13DD46D9" w14:textId="30FB396F" w:rsidR="00640C2D" w:rsidRPr="006D7421" w:rsidRDefault="00640C2D" w:rsidP="009E0C19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6D7421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Medicină internă=</w:t>
            </w:r>
            <w:r w:rsidR="006D7421" w:rsidRPr="006D7421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0,71%</w:t>
            </w:r>
          </w:p>
        </w:tc>
        <w:tc>
          <w:tcPr>
            <w:tcW w:w="1275" w:type="dxa"/>
            <w:vMerge w:val="restart"/>
          </w:tcPr>
          <w:p w14:paraId="4886BAC1" w14:textId="77777777" w:rsidR="00640C2D" w:rsidRPr="006D7421" w:rsidRDefault="00640C2D" w:rsidP="009E0C19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985" w:type="dxa"/>
          </w:tcPr>
          <w:p w14:paraId="4658DAA5" w14:textId="77777777" w:rsidR="00640C2D" w:rsidRPr="006D7421" w:rsidRDefault="00640C2D" w:rsidP="009E0C19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640C2D" w:rsidRPr="006D7421" w14:paraId="50AFA4AE" w14:textId="59C8D3CA" w:rsidTr="006D7421">
        <w:trPr>
          <w:trHeight w:val="142"/>
        </w:trPr>
        <w:tc>
          <w:tcPr>
            <w:tcW w:w="77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644B21" w14:textId="77777777" w:rsidR="00640C2D" w:rsidRPr="006D7421" w:rsidRDefault="00640C2D" w:rsidP="009E0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A309A1" w14:textId="77777777" w:rsidR="00640C2D" w:rsidRPr="006D7421" w:rsidRDefault="00640C2D" w:rsidP="009E0C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B53AC1" w14:textId="77777777" w:rsidR="00640C2D" w:rsidRPr="006D7421" w:rsidRDefault="00640C2D" w:rsidP="009E0C19">
            <w:pPr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</w:p>
        </w:tc>
        <w:tc>
          <w:tcPr>
            <w:tcW w:w="127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9BF314" w14:textId="77777777" w:rsidR="00640C2D" w:rsidRPr="006D7421" w:rsidRDefault="00640C2D" w:rsidP="009E0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90E92" w14:textId="77777777" w:rsidR="00640C2D" w:rsidRPr="006D7421" w:rsidRDefault="00640C2D" w:rsidP="009E0C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</w:p>
        </w:tc>
        <w:tc>
          <w:tcPr>
            <w:tcW w:w="1134" w:type="dxa"/>
            <w:vMerge/>
          </w:tcPr>
          <w:p w14:paraId="6340DBBE" w14:textId="77777777" w:rsidR="00640C2D" w:rsidRPr="006D7421" w:rsidRDefault="00640C2D" w:rsidP="009E0C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35" w:type="dxa"/>
          </w:tcPr>
          <w:p w14:paraId="4A3AE6A8" w14:textId="30D71D3C" w:rsidR="00640C2D" w:rsidRPr="006D7421" w:rsidRDefault="00640C2D" w:rsidP="009E0C19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6D7421">
              <w:rPr>
                <w:rFonts w:ascii="Times New Roman" w:hAnsi="Times New Roman" w:cs="Times New Roman"/>
                <w:color w:val="EE0000"/>
                <w:sz w:val="24"/>
                <w:szCs w:val="24"/>
                <w:lang w:val="it-IT"/>
              </w:rPr>
              <w:t>Cronici =</w:t>
            </w:r>
            <w:r w:rsidR="006D7421" w:rsidRPr="006D7421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3,13%</w:t>
            </w:r>
          </w:p>
        </w:tc>
        <w:tc>
          <w:tcPr>
            <w:tcW w:w="1275" w:type="dxa"/>
            <w:vMerge/>
          </w:tcPr>
          <w:p w14:paraId="5B15048E" w14:textId="77777777" w:rsidR="00640C2D" w:rsidRPr="006D7421" w:rsidRDefault="00640C2D" w:rsidP="009E0C19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985" w:type="dxa"/>
          </w:tcPr>
          <w:p w14:paraId="0871E326" w14:textId="77777777" w:rsidR="00640C2D" w:rsidRPr="006D7421" w:rsidRDefault="00640C2D" w:rsidP="009E0C19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640C2D" w:rsidRPr="006D7421" w14:paraId="35087FBE" w14:textId="77777777" w:rsidTr="006D7421">
        <w:trPr>
          <w:trHeight w:val="142"/>
        </w:trPr>
        <w:tc>
          <w:tcPr>
            <w:tcW w:w="77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AE5E7D" w14:textId="77777777" w:rsidR="00640C2D" w:rsidRPr="006D7421" w:rsidRDefault="00640C2D" w:rsidP="009E0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6BD94B" w14:textId="77777777" w:rsidR="00640C2D" w:rsidRPr="006D7421" w:rsidRDefault="00640C2D" w:rsidP="009E0C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7C040F" w14:textId="77777777" w:rsidR="00640C2D" w:rsidRPr="006D7421" w:rsidRDefault="00640C2D" w:rsidP="009E0C19">
            <w:pPr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</w:p>
        </w:tc>
        <w:tc>
          <w:tcPr>
            <w:tcW w:w="127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B4B05B" w14:textId="77777777" w:rsidR="00640C2D" w:rsidRPr="006D7421" w:rsidRDefault="00640C2D" w:rsidP="009E0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E651B" w14:textId="77777777" w:rsidR="00640C2D" w:rsidRPr="006D7421" w:rsidRDefault="00640C2D" w:rsidP="009E0C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</w:p>
        </w:tc>
        <w:tc>
          <w:tcPr>
            <w:tcW w:w="1134" w:type="dxa"/>
            <w:vMerge/>
          </w:tcPr>
          <w:p w14:paraId="4FD992AD" w14:textId="77777777" w:rsidR="00640C2D" w:rsidRPr="006D7421" w:rsidRDefault="00640C2D" w:rsidP="009E0C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35" w:type="dxa"/>
          </w:tcPr>
          <w:p w14:paraId="68DCD6D4" w14:textId="278E23DD" w:rsidR="00640C2D" w:rsidRPr="006D7421" w:rsidRDefault="00640C2D" w:rsidP="009E0C19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6D7421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Neurologie=</w:t>
            </w:r>
            <w:r w:rsidR="006D7421" w:rsidRPr="006D7421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1,47%</w:t>
            </w:r>
          </w:p>
        </w:tc>
        <w:tc>
          <w:tcPr>
            <w:tcW w:w="1275" w:type="dxa"/>
            <w:vMerge/>
          </w:tcPr>
          <w:p w14:paraId="7B2A7700" w14:textId="77777777" w:rsidR="00640C2D" w:rsidRPr="006D7421" w:rsidRDefault="00640C2D" w:rsidP="009E0C19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985" w:type="dxa"/>
          </w:tcPr>
          <w:p w14:paraId="27244219" w14:textId="77777777" w:rsidR="00640C2D" w:rsidRPr="006D7421" w:rsidRDefault="00640C2D" w:rsidP="009E0C19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640C2D" w:rsidRPr="006D7421" w14:paraId="58804D9E" w14:textId="1423D876" w:rsidTr="006D7421">
        <w:trPr>
          <w:trHeight w:val="142"/>
        </w:trPr>
        <w:tc>
          <w:tcPr>
            <w:tcW w:w="77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7821CC" w14:textId="77777777" w:rsidR="00640C2D" w:rsidRPr="006D7421" w:rsidRDefault="00640C2D" w:rsidP="009E0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55744" w14:textId="77777777" w:rsidR="00640C2D" w:rsidRPr="006D7421" w:rsidRDefault="00640C2D" w:rsidP="009E0C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E1A277" w14:textId="77777777" w:rsidR="00640C2D" w:rsidRPr="006D7421" w:rsidRDefault="00640C2D" w:rsidP="009E0C19">
            <w:pPr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</w:p>
        </w:tc>
        <w:tc>
          <w:tcPr>
            <w:tcW w:w="127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22BC78" w14:textId="77777777" w:rsidR="00640C2D" w:rsidRPr="006D7421" w:rsidRDefault="00640C2D" w:rsidP="009E0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A53092" w14:textId="77777777" w:rsidR="00640C2D" w:rsidRPr="006D7421" w:rsidRDefault="00640C2D" w:rsidP="009E0C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</w:p>
        </w:tc>
        <w:tc>
          <w:tcPr>
            <w:tcW w:w="1134" w:type="dxa"/>
            <w:vMerge/>
          </w:tcPr>
          <w:p w14:paraId="7E4516F2" w14:textId="77777777" w:rsidR="00640C2D" w:rsidRPr="006D7421" w:rsidRDefault="00640C2D" w:rsidP="009E0C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35" w:type="dxa"/>
          </w:tcPr>
          <w:p w14:paraId="3B8E2DD0" w14:textId="49F9C904" w:rsidR="00640C2D" w:rsidRPr="006D7421" w:rsidRDefault="00640C2D" w:rsidP="009E0C19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6D7421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Boli infecțioase=</w:t>
            </w:r>
            <w:r w:rsidR="006D7421" w:rsidRPr="006D7421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0,66%</w:t>
            </w:r>
          </w:p>
        </w:tc>
        <w:tc>
          <w:tcPr>
            <w:tcW w:w="1275" w:type="dxa"/>
            <w:vMerge/>
          </w:tcPr>
          <w:p w14:paraId="0AE8C7C1" w14:textId="77777777" w:rsidR="00640C2D" w:rsidRPr="006D7421" w:rsidRDefault="00640C2D" w:rsidP="009E0C19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985" w:type="dxa"/>
          </w:tcPr>
          <w:p w14:paraId="3E33EE6D" w14:textId="77777777" w:rsidR="00640C2D" w:rsidRPr="006D7421" w:rsidRDefault="00640C2D" w:rsidP="009E0C19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640C2D" w:rsidRPr="006D7421" w14:paraId="143B5330" w14:textId="694E90FB" w:rsidTr="006D7421">
        <w:trPr>
          <w:trHeight w:val="142"/>
        </w:trPr>
        <w:tc>
          <w:tcPr>
            <w:tcW w:w="77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E86DA0" w14:textId="77777777" w:rsidR="00640C2D" w:rsidRPr="006D7421" w:rsidRDefault="00640C2D" w:rsidP="009E0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C27FB2" w14:textId="77777777" w:rsidR="00640C2D" w:rsidRPr="006D7421" w:rsidRDefault="00640C2D" w:rsidP="009E0C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9B111" w14:textId="77777777" w:rsidR="00640C2D" w:rsidRPr="006D7421" w:rsidRDefault="00640C2D" w:rsidP="009E0C19">
            <w:pPr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</w:p>
        </w:tc>
        <w:tc>
          <w:tcPr>
            <w:tcW w:w="127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FADE79" w14:textId="77777777" w:rsidR="00640C2D" w:rsidRPr="006D7421" w:rsidRDefault="00640C2D" w:rsidP="009E0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35A730" w14:textId="77777777" w:rsidR="00640C2D" w:rsidRPr="006D7421" w:rsidRDefault="00640C2D" w:rsidP="009E0C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</w:p>
        </w:tc>
        <w:tc>
          <w:tcPr>
            <w:tcW w:w="1134" w:type="dxa"/>
            <w:vMerge/>
          </w:tcPr>
          <w:p w14:paraId="335BD779" w14:textId="77777777" w:rsidR="00640C2D" w:rsidRPr="006D7421" w:rsidRDefault="00640C2D" w:rsidP="009E0C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35" w:type="dxa"/>
          </w:tcPr>
          <w:p w14:paraId="6565FA2C" w14:textId="0F12EEAF" w:rsidR="00640C2D" w:rsidRPr="006D7421" w:rsidRDefault="00640C2D" w:rsidP="009E0C19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6D7421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Pediatrie=</w:t>
            </w:r>
          </w:p>
        </w:tc>
        <w:tc>
          <w:tcPr>
            <w:tcW w:w="1275" w:type="dxa"/>
            <w:vMerge/>
          </w:tcPr>
          <w:p w14:paraId="0EC18F8B" w14:textId="77777777" w:rsidR="00640C2D" w:rsidRPr="006D7421" w:rsidRDefault="00640C2D" w:rsidP="009E0C19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985" w:type="dxa"/>
          </w:tcPr>
          <w:p w14:paraId="061CCEAB" w14:textId="77777777" w:rsidR="00640C2D" w:rsidRPr="006D7421" w:rsidRDefault="00640C2D" w:rsidP="009E0C19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640C2D" w:rsidRPr="006D7421" w14:paraId="5C63061C" w14:textId="1A3135AA" w:rsidTr="006D7421">
        <w:trPr>
          <w:trHeight w:val="142"/>
        </w:trPr>
        <w:tc>
          <w:tcPr>
            <w:tcW w:w="77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BEAE9" w14:textId="77777777" w:rsidR="00640C2D" w:rsidRPr="006D7421" w:rsidRDefault="00640C2D" w:rsidP="009E0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7F95DB" w14:textId="77777777" w:rsidR="00640C2D" w:rsidRPr="006D7421" w:rsidRDefault="00640C2D" w:rsidP="009E0C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A4C8A6" w14:textId="77777777" w:rsidR="00640C2D" w:rsidRPr="006D7421" w:rsidRDefault="00640C2D" w:rsidP="009E0C19">
            <w:pPr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</w:p>
        </w:tc>
        <w:tc>
          <w:tcPr>
            <w:tcW w:w="127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27D32" w14:textId="77777777" w:rsidR="00640C2D" w:rsidRPr="006D7421" w:rsidRDefault="00640C2D" w:rsidP="009E0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79A86D" w14:textId="77777777" w:rsidR="00640C2D" w:rsidRPr="006D7421" w:rsidRDefault="00640C2D" w:rsidP="009E0C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</w:p>
        </w:tc>
        <w:tc>
          <w:tcPr>
            <w:tcW w:w="1134" w:type="dxa"/>
            <w:vMerge/>
          </w:tcPr>
          <w:p w14:paraId="5D3F3F74" w14:textId="77777777" w:rsidR="00640C2D" w:rsidRPr="006D7421" w:rsidRDefault="00640C2D" w:rsidP="009E0C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35" w:type="dxa"/>
          </w:tcPr>
          <w:p w14:paraId="5E722785" w14:textId="1CE6234F" w:rsidR="00640C2D" w:rsidRPr="006D7421" w:rsidRDefault="00640C2D" w:rsidP="009E0C19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6D7421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Chirurgie generală=</w:t>
            </w:r>
          </w:p>
        </w:tc>
        <w:tc>
          <w:tcPr>
            <w:tcW w:w="1275" w:type="dxa"/>
            <w:vMerge/>
          </w:tcPr>
          <w:p w14:paraId="1F7D628B" w14:textId="77777777" w:rsidR="00640C2D" w:rsidRPr="006D7421" w:rsidRDefault="00640C2D" w:rsidP="009E0C19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985" w:type="dxa"/>
          </w:tcPr>
          <w:p w14:paraId="6CE46F6E" w14:textId="77777777" w:rsidR="00640C2D" w:rsidRPr="006D7421" w:rsidRDefault="00640C2D" w:rsidP="009E0C19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640C2D" w:rsidRPr="006D7421" w14:paraId="79624D1D" w14:textId="1293C367" w:rsidTr="006D7421">
        <w:trPr>
          <w:trHeight w:val="142"/>
        </w:trPr>
        <w:tc>
          <w:tcPr>
            <w:tcW w:w="77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6A19CA" w14:textId="77777777" w:rsidR="00640C2D" w:rsidRPr="006D7421" w:rsidRDefault="00640C2D" w:rsidP="009E0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C5F3C" w14:textId="77777777" w:rsidR="00640C2D" w:rsidRPr="006D7421" w:rsidRDefault="00640C2D" w:rsidP="009E0C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8E3638" w14:textId="77777777" w:rsidR="00640C2D" w:rsidRPr="006D7421" w:rsidRDefault="00640C2D" w:rsidP="009E0C19">
            <w:pPr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</w:p>
        </w:tc>
        <w:tc>
          <w:tcPr>
            <w:tcW w:w="127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C2EFBD" w14:textId="77777777" w:rsidR="00640C2D" w:rsidRPr="006D7421" w:rsidRDefault="00640C2D" w:rsidP="009E0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7406FD" w14:textId="77777777" w:rsidR="00640C2D" w:rsidRPr="006D7421" w:rsidRDefault="00640C2D" w:rsidP="009E0C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</w:p>
        </w:tc>
        <w:tc>
          <w:tcPr>
            <w:tcW w:w="1134" w:type="dxa"/>
            <w:vMerge/>
          </w:tcPr>
          <w:p w14:paraId="173D163E" w14:textId="77777777" w:rsidR="00640C2D" w:rsidRPr="006D7421" w:rsidRDefault="00640C2D" w:rsidP="009E0C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35" w:type="dxa"/>
          </w:tcPr>
          <w:p w14:paraId="1D8B0598" w14:textId="24BFF247" w:rsidR="00640C2D" w:rsidRPr="006D7421" w:rsidRDefault="00640C2D" w:rsidP="009E0C19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6D7421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Ortopedie-traumatologie=</w:t>
            </w:r>
          </w:p>
        </w:tc>
        <w:tc>
          <w:tcPr>
            <w:tcW w:w="1275" w:type="dxa"/>
            <w:vMerge/>
          </w:tcPr>
          <w:p w14:paraId="5B63C60A" w14:textId="77777777" w:rsidR="00640C2D" w:rsidRPr="006D7421" w:rsidRDefault="00640C2D" w:rsidP="009E0C19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985" w:type="dxa"/>
          </w:tcPr>
          <w:p w14:paraId="49BC0462" w14:textId="77777777" w:rsidR="00640C2D" w:rsidRPr="006D7421" w:rsidRDefault="00640C2D" w:rsidP="009E0C19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640C2D" w:rsidRPr="006D7421" w14:paraId="0789A9C5" w14:textId="4D0105C2" w:rsidTr="006D7421">
        <w:trPr>
          <w:trHeight w:val="40"/>
        </w:trPr>
        <w:tc>
          <w:tcPr>
            <w:tcW w:w="77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C5CDFC" w14:textId="77777777" w:rsidR="00640C2D" w:rsidRPr="006D7421" w:rsidRDefault="00640C2D" w:rsidP="009E0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7C1749" w14:textId="77777777" w:rsidR="00640C2D" w:rsidRPr="006D7421" w:rsidRDefault="00640C2D" w:rsidP="009E0C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962415" w14:textId="77777777" w:rsidR="00640C2D" w:rsidRPr="006D7421" w:rsidRDefault="00640C2D" w:rsidP="009E0C19">
            <w:pPr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</w:p>
        </w:tc>
        <w:tc>
          <w:tcPr>
            <w:tcW w:w="127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F32E4A" w14:textId="77777777" w:rsidR="00640C2D" w:rsidRPr="006D7421" w:rsidRDefault="00640C2D" w:rsidP="009E0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43C5F7" w14:textId="77777777" w:rsidR="00640C2D" w:rsidRPr="006D7421" w:rsidRDefault="00640C2D" w:rsidP="009E0C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</w:p>
        </w:tc>
        <w:tc>
          <w:tcPr>
            <w:tcW w:w="1134" w:type="dxa"/>
            <w:vMerge/>
          </w:tcPr>
          <w:p w14:paraId="230E82F4" w14:textId="77777777" w:rsidR="00640C2D" w:rsidRPr="006D7421" w:rsidRDefault="00640C2D" w:rsidP="009E0C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35" w:type="dxa"/>
          </w:tcPr>
          <w:p w14:paraId="7EC28588" w14:textId="72BE446A" w:rsidR="00640C2D" w:rsidRPr="006D7421" w:rsidRDefault="00640C2D" w:rsidP="009E0C19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6D7421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ORL=</w:t>
            </w:r>
          </w:p>
        </w:tc>
        <w:tc>
          <w:tcPr>
            <w:tcW w:w="1275" w:type="dxa"/>
            <w:vMerge/>
          </w:tcPr>
          <w:p w14:paraId="35EA34CD" w14:textId="77777777" w:rsidR="00640C2D" w:rsidRPr="006D7421" w:rsidRDefault="00640C2D" w:rsidP="009E0C19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985" w:type="dxa"/>
          </w:tcPr>
          <w:p w14:paraId="3B46BB5E" w14:textId="77777777" w:rsidR="00640C2D" w:rsidRPr="006D7421" w:rsidRDefault="00640C2D" w:rsidP="009E0C19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640C2D" w:rsidRPr="006D7421" w14:paraId="333DC5C9" w14:textId="238EE176" w:rsidTr="006D7421">
        <w:trPr>
          <w:trHeight w:val="20"/>
        </w:trPr>
        <w:tc>
          <w:tcPr>
            <w:tcW w:w="774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EBC76C" w14:textId="77777777" w:rsidR="00640C2D" w:rsidRPr="006D7421" w:rsidRDefault="00640C2D" w:rsidP="009E0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4E5FB0" w14:textId="77777777" w:rsidR="00640C2D" w:rsidRPr="006D7421" w:rsidRDefault="00640C2D" w:rsidP="009E0C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B9BA87" w14:textId="77777777" w:rsidR="00640C2D" w:rsidRPr="006D7421" w:rsidRDefault="00640C2D" w:rsidP="009E0C19">
            <w:pPr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</w:p>
        </w:tc>
        <w:tc>
          <w:tcPr>
            <w:tcW w:w="127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35B3D9" w14:textId="77777777" w:rsidR="00640C2D" w:rsidRPr="006D7421" w:rsidRDefault="00640C2D" w:rsidP="009E0C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414766" w14:textId="77777777" w:rsidR="00640C2D" w:rsidRPr="006D7421" w:rsidRDefault="00640C2D" w:rsidP="009E0C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s-ES_tradnl"/>
              </w:rPr>
            </w:pPr>
          </w:p>
        </w:tc>
        <w:tc>
          <w:tcPr>
            <w:tcW w:w="1134" w:type="dxa"/>
            <w:vMerge/>
          </w:tcPr>
          <w:p w14:paraId="1F5CFD68" w14:textId="77777777" w:rsidR="00640C2D" w:rsidRPr="006D7421" w:rsidRDefault="00640C2D" w:rsidP="009E0C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835" w:type="dxa"/>
          </w:tcPr>
          <w:p w14:paraId="4D72413E" w14:textId="6F0DE385" w:rsidR="00640C2D" w:rsidRPr="006D7421" w:rsidRDefault="00640C2D" w:rsidP="009E0C19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6D7421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Obstetrică Ginecologie=</w:t>
            </w:r>
          </w:p>
        </w:tc>
        <w:tc>
          <w:tcPr>
            <w:tcW w:w="1275" w:type="dxa"/>
            <w:vMerge/>
          </w:tcPr>
          <w:p w14:paraId="79DCF85F" w14:textId="77777777" w:rsidR="00640C2D" w:rsidRPr="006D7421" w:rsidRDefault="00640C2D" w:rsidP="009E0C19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985" w:type="dxa"/>
          </w:tcPr>
          <w:p w14:paraId="3B6C3D51" w14:textId="77777777" w:rsidR="00640C2D" w:rsidRPr="006D7421" w:rsidRDefault="00640C2D" w:rsidP="009E0C19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</w:tbl>
    <w:p w14:paraId="5D29292E" w14:textId="77777777" w:rsidR="009E0C19" w:rsidRDefault="009E0C19">
      <w:pPr>
        <w:rPr>
          <w:rFonts w:ascii="Times New Roman" w:hAnsi="Times New Roman" w:cs="Times New Roman"/>
          <w:sz w:val="20"/>
          <w:szCs w:val="20"/>
        </w:rPr>
      </w:pPr>
    </w:p>
    <w:p w14:paraId="4973011E" w14:textId="77777777" w:rsidR="00D6622B" w:rsidRDefault="00D6622B" w:rsidP="00D6622B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6DF3633" w14:textId="240E8A14" w:rsidR="00D6622B" w:rsidRPr="00496679" w:rsidRDefault="00D6622B" w:rsidP="00D6622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sectPr w:rsidR="00D6622B" w:rsidRPr="00496679" w:rsidSect="0003461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B0500000000000000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500000000000000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4327187">
    <w:abstractNumId w:val="8"/>
  </w:num>
  <w:num w:numId="2" w16cid:durableId="1709795075">
    <w:abstractNumId w:val="6"/>
  </w:num>
  <w:num w:numId="3" w16cid:durableId="1569993539">
    <w:abstractNumId w:val="5"/>
  </w:num>
  <w:num w:numId="4" w16cid:durableId="1787849424">
    <w:abstractNumId w:val="4"/>
  </w:num>
  <w:num w:numId="5" w16cid:durableId="981302571">
    <w:abstractNumId w:val="7"/>
  </w:num>
  <w:num w:numId="6" w16cid:durableId="2071534827">
    <w:abstractNumId w:val="3"/>
  </w:num>
  <w:num w:numId="7" w16cid:durableId="1448159118">
    <w:abstractNumId w:val="2"/>
  </w:num>
  <w:num w:numId="8" w16cid:durableId="757405805">
    <w:abstractNumId w:val="1"/>
  </w:num>
  <w:num w:numId="9" w16cid:durableId="1770197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7939"/>
    <w:rsid w:val="0015074B"/>
    <w:rsid w:val="001906D7"/>
    <w:rsid w:val="00194B11"/>
    <w:rsid w:val="00197C91"/>
    <w:rsid w:val="0029639D"/>
    <w:rsid w:val="00326F90"/>
    <w:rsid w:val="00445846"/>
    <w:rsid w:val="00487061"/>
    <w:rsid w:val="00496679"/>
    <w:rsid w:val="004C06C3"/>
    <w:rsid w:val="00640C2D"/>
    <w:rsid w:val="00651C11"/>
    <w:rsid w:val="006606D3"/>
    <w:rsid w:val="00674F1F"/>
    <w:rsid w:val="006C7A79"/>
    <w:rsid w:val="006D7421"/>
    <w:rsid w:val="008641DA"/>
    <w:rsid w:val="0087317E"/>
    <w:rsid w:val="008B7DD9"/>
    <w:rsid w:val="009B2435"/>
    <w:rsid w:val="009E0C19"/>
    <w:rsid w:val="00AA1D8D"/>
    <w:rsid w:val="00AF1B38"/>
    <w:rsid w:val="00AF5CFE"/>
    <w:rsid w:val="00B12E25"/>
    <w:rsid w:val="00B47730"/>
    <w:rsid w:val="00BC46D2"/>
    <w:rsid w:val="00C86E58"/>
    <w:rsid w:val="00C96BDE"/>
    <w:rsid w:val="00CB0664"/>
    <w:rsid w:val="00CB1D02"/>
    <w:rsid w:val="00D6622B"/>
    <w:rsid w:val="00D85850"/>
    <w:rsid w:val="00DA3E2C"/>
    <w:rsid w:val="00DC2499"/>
    <w:rsid w:val="00E431FB"/>
    <w:rsid w:val="00F8549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E32C79"/>
  <w14:defaultImageDpi w14:val="300"/>
  <w15:docId w15:val="{E4D888C3-73E3-47FC-8EED-B31AD6685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italvatradornei.ro" TargetMode="External"/><Relationship Id="rId3" Type="http://schemas.openxmlformats.org/officeDocument/2006/relationships/styles" Target="styles.xml"/><Relationship Id="rId7" Type="http://schemas.openxmlformats.org/officeDocument/2006/relationships/hyperlink" Target="mailto:spitalmunicipaldorna@yahoo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achizitii</dc:creator>
  <cp:keywords/>
  <dc:description>--------------</dc:description>
  <cp:lastModifiedBy>achizitii</cp:lastModifiedBy>
  <cp:revision>2</cp:revision>
  <cp:lastPrinted>2026-07-31T09:36:00Z</cp:lastPrinted>
  <dcterms:created xsi:type="dcterms:W3CDTF">2026-10-01T08:43:00Z</dcterms:created>
  <dcterms:modified xsi:type="dcterms:W3CDTF">2026-10-01T08:43:00Z</dcterms:modified>
  <cp:category/>
</cp:coreProperties>
</file>